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466"/>
        <w:tblW w:w="100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00"/>
      </w:tblGrid>
      <w:tr w:rsidR="0085455A" w:rsidRPr="004D3E99" w14:paraId="155E1BB0" w14:textId="77777777" w:rsidTr="00D545D8">
        <w:trPr>
          <w:trHeight w:val="1102"/>
        </w:trPr>
        <w:tc>
          <w:tcPr>
            <w:tcW w:w="10000" w:type="dxa"/>
            <w:tcBorders>
              <w:top w:val="double" w:sz="4" w:space="0" w:color="auto"/>
              <w:bottom w:val="double" w:sz="4" w:space="0" w:color="auto"/>
            </w:tcBorders>
            <w:vAlign w:val="center"/>
          </w:tcPr>
          <w:p w14:paraId="7EB3AF00" w14:textId="3CDBEFDE" w:rsidR="0085455A" w:rsidRDefault="00953FFA" w:rsidP="0085455A">
            <w:pPr>
              <w:spacing w:after="0"/>
              <w:jc w:val="center"/>
              <w:rPr>
                <w:b/>
                <w:sz w:val="28"/>
                <w:szCs w:val="28"/>
              </w:rPr>
            </w:pPr>
            <w:r>
              <w:rPr>
                <w:b/>
                <w:noProof/>
                <w:sz w:val="28"/>
                <w:szCs w:val="28"/>
              </w:rPr>
              <w:drawing>
                <wp:anchor distT="0" distB="0" distL="114300" distR="114300" simplePos="0" relativeHeight="251658752" behindDoc="1" locked="0" layoutInCell="1" allowOverlap="1" wp14:anchorId="45DDE371" wp14:editId="4746CBF9">
                  <wp:simplePos x="0" y="0"/>
                  <wp:positionH relativeFrom="column">
                    <wp:posOffset>-25400</wp:posOffset>
                  </wp:positionH>
                  <wp:positionV relativeFrom="paragraph">
                    <wp:posOffset>-635</wp:posOffset>
                  </wp:positionV>
                  <wp:extent cx="866775" cy="681355"/>
                  <wp:effectExtent l="0" t="0" r="9525" b="4445"/>
                  <wp:wrapNone/>
                  <wp:docPr id="89034357"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681355"/>
                          </a:xfrm>
                          <a:prstGeom prst="rect">
                            <a:avLst/>
                          </a:prstGeom>
                          <a:noFill/>
                        </pic:spPr>
                      </pic:pic>
                    </a:graphicData>
                  </a:graphic>
                  <wp14:sizeRelH relativeFrom="margin">
                    <wp14:pctWidth>0</wp14:pctWidth>
                  </wp14:sizeRelH>
                  <wp14:sizeRelV relativeFrom="margin">
                    <wp14:pctHeight>0</wp14:pctHeight>
                  </wp14:sizeRelV>
                </wp:anchor>
              </w:drawing>
            </w:r>
            <w:r w:rsidR="0085455A">
              <w:rPr>
                <w:b/>
                <w:noProof/>
                <w:sz w:val="28"/>
                <w:szCs w:val="28"/>
              </w:rPr>
              <w:drawing>
                <wp:anchor distT="0" distB="0" distL="114300" distR="114300" simplePos="0" relativeHeight="251656704" behindDoc="1" locked="0" layoutInCell="1" allowOverlap="1" wp14:anchorId="6092E6F8" wp14:editId="6DDE2F84">
                  <wp:simplePos x="0" y="0"/>
                  <wp:positionH relativeFrom="column">
                    <wp:posOffset>5479415</wp:posOffset>
                  </wp:positionH>
                  <wp:positionV relativeFrom="paragraph">
                    <wp:posOffset>-28575</wp:posOffset>
                  </wp:positionV>
                  <wp:extent cx="718185" cy="718185"/>
                  <wp:effectExtent l="0" t="0" r="5715" b="5715"/>
                  <wp:wrapNone/>
                  <wp:docPr id="16452080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8185" cy="71818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85455A" w:rsidRPr="003472AF">
              <w:rPr>
                <w:b/>
                <w:sz w:val="28"/>
                <w:szCs w:val="28"/>
              </w:rPr>
              <w:t>Přihláška</w:t>
            </w:r>
            <w:proofErr w:type="spellEnd"/>
            <w:r w:rsidR="0085455A" w:rsidRPr="003472AF">
              <w:rPr>
                <w:b/>
                <w:sz w:val="28"/>
                <w:szCs w:val="28"/>
              </w:rPr>
              <w:t xml:space="preserve"> do </w:t>
            </w:r>
            <w:proofErr w:type="spellStart"/>
            <w:r w:rsidR="0085455A" w:rsidRPr="003472AF">
              <w:rPr>
                <w:b/>
                <w:sz w:val="28"/>
                <w:szCs w:val="28"/>
              </w:rPr>
              <w:t>oddílu</w:t>
            </w:r>
            <w:proofErr w:type="spellEnd"/>
            <w:r w:rsidR="0085455A" w:rsidRPr="003472AF">
              <w:rPr>
                <w:b/>
                <w:sz w:val="28"/>
                <w:szCs w:val="28"/>
              </w:rPr>
              <w:t xml:space="preserve"> </w:t>
            </w:r>
            <w:proofErr w:type="spellStart"/>
            <w:r w:rsidR="0085455A" w:rsidRPr="003472AF">
              <w:rPr>
                <w:b/>
                <w:sz w:val="28"/>
                <w:szCs w:val="28"/>
              </w:rPr>
              <w:t>národní</w:t>
            </w:r>
            <w:proofErr w:type="spellEnd"/>
            <w:r w:rsidR="0085455A" w:rsidRPr="003472AF">
              <w:rPr>
                <w:b/>
                <w:sz w:val="28"/>
                <w:szCs w:val="28"/>
              </w:rPr>
              <w:t xml:space="preserve"> </w:t>
            </w:r>
            <w:proofErr w:type="spellStart"/>
            <w:r w:rsidR="0085455A" w:rsidRPr="003472AF">
              <w:rPr>
                <w:b/>
                <w:sz w:val="28"/>
                <w:szCs w:val="28"/>
              </w:rPr>
              <w:t>házené</w:t>
            </w:r>
            <w:proofErr w:type="spellEnd"/>
          </w:p>
          <w:p w14:paraId="4E4D9D51" w14:textId="28C893CF" w:rsidR="0085455A" w:rsidRPr="003472AF" w:rsidRDefault="0085455A" w:rsidP="0085455A">
            <w:pPr>
              <w:spacing w:after="0"/>
              <w:jc w:val="center"/>
              <w:rPr>
                <w:b/>
                <w:sz w:val="28"/>
                <w:szCs w:val="28"/>
              </w:rPr>
            </w:pPr>
            <w:r w:rsidRPr="003472AF">
              <w:rPr>
                <w:b/>
                <w:sz w:val="28"/>
                <w:szCs w:val="28"/>
              </w:rPr>
              <w:t>TJ Stará Huť</w:t>
            </w:r>
            <w:r w:rsidR="00953FFA">
              <w:rPr>
                <w:b/>
                <w:sz w:val="28"/>
                <w:szCs w:val="28"/>
              </w:rPr>
              <w:t xml:space="preserve">, </w:t>
            </w:r>
            <w:proofErr w:type="spellStart"/>
            <w:r w:rsidR="00953FFA">
              <w:rPr>
                <w:b/>
                <w:sz w:val="28"/>
                <w:szCs w:val="28"/>
              </w:rPr>
              <w:t>z.s</w:t>
            </w:r>
            <w:proofErr w:type="spellEnd"/>
            <w:r w:rsidR="00953FFA">
              <w:rPr>
                <w:b/>
                <w:sz w:val="28"/>
                <w:szCs w:val="28"/>
              </w:rPr>
              <w:t>.</w:t>
            </w:r>
          </w:p>
          <w:p w14:paraId="12991242" w14:textId="77777777" w:rsidR="0085455A" w:rsidRPr="00AA117C" w:rsidRDefault="0085455A" w:rsidP="0085455A">
            <w:pPr>
              <w:spacing w:after="0"/>
              <w:jc w:val="center"/>
              <w:rPr>
                <w:b/>
                <w:sz w:val="32"/>
                <w:szCs w:val="32"/>
              </w:rPr>
            </w:pPr>
            <w:r>
              <w:t xml:space="preserve"> (Karla </w:t>
            </w:r>
            <w:proofErr w:type="spellStart"/>
            <w:r>
              <w:t>Čapka</w:t>
            </w:r>
            <w:proofErr w:type="spellEnd"/>
            <w:r>
              <w:t xml:space="preserve"> 430, 262 02 Stará Huť, IČO: 67676961)</w:t>
            </w:r>
          </w:p>
        </w:tc>
      </w:tr>
    </w:tbl>
    <w:p w14:paraId="2C6C7AA8" w14:textId="77777777" w:rsidR="00953FFA" w:rsidRPr="00F21278" w:rsidRDefault="00953FFA">
      <w:pPr>
        <w:rPr>
          <w:b/>
          <w:lang w:val="cs-CZ"/>
        </w:rPr>
      </w:pPr>
    </w:p>
    <w:p w14:paraId="68C63E4C" w14:textId="146D4B04" w:rsidR="00BC59F5" w:rsidRPr="00F21278" w:rsidRDefault="00000000">
      <w:pPr>
        <w:rPr>
          <w:lang w:val="cs-CZ"/>
        </w:rPr>
      </w:pPr>
      <w:r w:rsidRPr="00F21278">
        <w:rPr>
          <w:lang w:val="cs-CZ"/>
        </w:rPr>
        <w:t xml:space="preserve">Tento dokument obsahuje přihlášku, informace o zpracování osobních údajů podle Nařízení Evropského parlamentu a Rady (EU) 2016/679 (GDPR) a souhlas </w:t>
      </w:r>
      <w:r w:rsidR="003824E8">
        <w:rPr>
          <w:lang w:val="cs-CZ"/>
        </w:rPr>
        <w:t>se zpracováním osobních údajů.</w:t>
      </w:r>
    </w:p>
    <w:p w14:paraId="77D8F814" w14:textId="610CD798" w:rsidR="00953FFA" w:rsidRPr="00F21278" w:rsidRDefault="00000000" w:rsidP="00953FFA">
      <w:pPr>
        <w:pStyle w:val="Nadpis1"/>
        <w:numPr>
          <w:ilvl w:val="0"/>
          <w:numId w:val="10"/>
        </w:numPr>
        <w:rPr>
          <w:lang w:val="cs-CZ"/>
        </w:rPr>
      </w:pPr>
      <w:r w:rsidRPr="00F21278">
        <w:rPr>
          <w:lang w:val="cs-CZ"/>
        </w:rPr>
        <w:t>ÚDAJE ČLENA</w:t>
      </w:r>
    </w:p>
    <w:tbl>
      <w:tblPr>
        <w:tblW w:w="9497" w:type="dxa"/>
        <w:tblInd w:w="3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4"/>
        <w:gridCol w:w="7513"/>
      </w:tblGrid>
      <w:tr w:rsidR="00953FFA" w:rsidRPr="00F21278" w14:paraId="4AF55C73" w14:textId="77777777" w:rsidTr="00D46D9D">
        <w:trPr>
          <w:trHeight w:val="510"/>
        </w:trPr>
        <w:tc>
          <w:tcPr>
            <w:tcW w:w="1984" w:type="dxa"/>
            <w:tcBorders>
              <w:top w:val="double" w:sz="4" w:space="0" w:color="auto"/>
            </w:tcBorders>
            <w:vAlign w:val="center"/>
          </w:tcPr>
          <w:p w14:paraId="4C126271" w14:textId="4257E52B" w:rsidR="00953FFA" w:rsidRPr="00F21278" w:rsidRDefault="00953FFA" w:rsidP="00D46D9D">
            <w:pPr>
              <w:spacing w:after="0"/>
              <w:rPr>
                <w:color w:val="000000"/>
                <w:lang w:val="cs-CZ"/>
              </w:rPr>
            </w:pPr>
            <w:r w:rsidRPr="00F21278">
              <w:rPr>
                <w:color w:val="000000"/>
                <w:lang w:val="cs-CZ"/>
              </w:rPr>
              <w:t>Jméno a příjmení:</w:t>
            </w:r>
          </w:p>
        </w:tc>
        <w:tc>
          <w:tcPr>
            <w:tcW w:w="7513" w:type="dxa"/>
            <w:tcBorders>
              <w:top w:val="double" w:sz="4" w:space="0" w:color="auto"/>
            </w:tcBorders>
            <w:vAlign w:val="center"/>
          </w:tcPr>
          <w:p w14:paraId="78575F71" w14:textId="77777777" w:rsidR="00953FFA" w:rsidRPr="00F21278" w:rsidRDefault="00953FFA" w:rsidP="00D46D9D">
            <w:pPr>
              <w:spacing w:after="0"/>
              <w:jc w:val="center"/>
              <w:rPr>
                <w:color w:val="000000"/>
                <w:lang w:val="cs-CZ"/>
              </w:rPr>
            </w:pPr>
          </w:p>
        </w:tc>
      </w:tr>
      <w:tr w:rsidR="00953FFA" w:rsidRPr="00F21278" w14:paraId="29CE93A6" w14:textId="77777777" w:rsidTr="00D46D9D">
        <w:trPr>
          <w:trHeight w:val="510"/>
        </w:trPr>
        <w:tc>
          <w:tcPr>
            <w:tcW w:w="1984" w:type="dxa"/>
            <w:vAlign w:val="center"/>
          </w:tcPr>
          <w:p w14:paraId="0B79EC64" w14:textId="3D495BEA" w:rsidR="00953FFA" w:rsidRPr="00F21278" w:rsidRDefault="00953FFA" w:rsidP="00D46D9D">
            <w:pPr>
              <w:spacing w:after="0"/>
              <w:rPr>
                <w:color w:val="000000"/>
                <w:lang w:val="cs-CZ"/>
              </w:rPr>
            </w:pPr>
            <w:r w:rsidRPr="00F21278">
              <w:rPr>
                <w:color w:val="000000"/>
                <w:lang w:val="cs-CZ"/>
              </w:rPr>
              <w:t>Rodné číslo:</w:t>
            </w:r>
          </w:p>
        </w:tc>
        <w:tc>
          <w:tcPr>
            <w:tcW w:w="7513" w:type="dxa"/>
            <w:vAlign w:val="center"/>
          </w:tcPr>
          <w:p w14:paraId="5F6E6968" w14:textId="77777777" w:rsidR="00953FFA" w:rsidRPr="00F21278" w:rsidRDefault="00953FFA" w:rsidP="00D46D9D">
            <w:pPr>
              <w:spacing w:after="0"/>
              <w:jc w:val="center"/>
              <w:rPr>
                <w:color w:val="000000"/>
                <w:lang w:val="cs-CZ"/>
              </w:rPr>
            </w:pPr>
          </w:p>
        </w:tc>
      </w:tr>
      <w:tr w:rsidR="00953FFA" w:rsidRPr="00F21278" w14:paraId="537F4812" w14:textId="77777777" w:rsidTr="00D46D9D">
        <w:trPr>
          <w:trHeight w:val="510"/>
        </w:trPr>
        <w:tc>
          <w:tcPr>
            <w:tcW w:w="1984" w:type="dxa"/>
            <w:tcBorders>
              <w:bottom w:val="double" w:sz="4" w:space="0" w:color="auto"/>
            </w:tcBorders>
            <w:vAlign w:val="center"/>
          </w:tcPr>
          <w:p w14:paraId="75030B1D" w14:textId="0B89B74A" w:rsidR="00953FFA" w:rsidRPr="00F21278" w:rsidRDefault="00953FFA" w:rsidP="00D46D9D">
            <w:pPr>
              <w:spacing w:after="0"/>
              <w:rPr>
                <w:color w:val="000000"/>
                <w:lang w:val="cs-CZ"/>
              </w:rPr>
            </w:pPr>
            <w:r w:rsidRPr="00F21278">
              <w:rPr>
                <w:color w:val="000000"/>
                <w:lang w:val="cs-CZ"/>
              </w:rPr>
              <w:t>Bydliště:</w:t>
            </w:r>
          </w:p>
        </w:tc>
        <w:tc>
          <w:tcPr>
            <w:tcW w:w="7513" w:type="dxa"/>
            <w:tcBorders>
              <w:bottom w:val="double" w:sz="4" w:space="0" w:color="auto"/>
            </w:tcBorders>
            <w:vAlign w:val="center"/>
          </w:tcPr>
          <w:p w14:paraId="10CE4023" w14:textId="77777777" w:rsidR="00953FFA" w:rsidRPr="00F21278" w:rsidRDefault="00953FFA" w:rsidP="00D46D9D">
            <w:pPr>
              <w:spacing w:after="0"/>
              <w:jc w:val="center"/>
              <w:rPr>
                <w:color w:val="000000"/>
                <w:lang w:val="cs-CZ"/>
              </w:rPr>
            </w:pPr>
          </w:p>
        </w:tc>
      </w:tr>
      <w:tr w:rsidR="00953FFA" w:rsidRPr="00F21278" w14:paraId="444DF9C4" w14:textId="77777777" w:rsidTr="00D46D9D">
        <w:trPr>
          <w:trHeight w:val="510"/>
        </w:trPr>
        <w:tc>
          <w:tcPr>
            <w:tcW w:w="1984" w:type="dxa"/>
            <w:tcBorders>
              <w:top w:val="single" w:sz="4" w:space="0" w:color="auto"/>
              <w:bottom w:val="single" w:sz="4" w:space="0" w:color="auto"/>
            </w:tcBorders>
            <w:vAlign w:val="center"/>
          </w:tcPr>
          <w:p w14:paraId="54FCADB5" w14:textId="5B0936D7" w:rsidR="00953FFA" w:rsidRPr="00F21278" w:rsidRDefault="00953FFA" w:rsidP="00D46D9D">
            <w:pPr>
              <w:spacing w:after="0"/>
              <w:rPr>
                <w:color w:val="000000"/>
                <w:lang w:val="cs-CZ"/>
              </w:rPr>
            </w:pPr>
            <w:r w:rsidRPr="00F21278">
              <w:rPr>
                <w:color w:val="000000"/>
                <w:lang w:val="cs-CZ"/>
              </w:rPr>
              <w:t>Telefonní číslo:</w:t>
            </w:r>
          </w:p>
        </w:tc>
        <w:tc>
          <w:tcPr>
            <w:tcW w:w="7513" w:type="dxa"/>
            <w:tcBorders>
              <w:top w:val="single" w:sz="4" w:space="0" w:color="auto"/>
              <w:bottom w:val="single" w:sz="4" w:space="0" w:color="auto"/>
            </w:tcBorders>
            <w:vAlign w:val="bottom"/>
          </w:tcPr>
          <w:p w14:paraId="7CA0EA6B" w14:textId="77777777" w:rsidR="00953FFA" w:rsidRPr="00F21278" w:rsidRDefault="00953FFA" w:rsidP="00D46D9D">
            <w:pPr>
              <w:spacing w:after="0"/>
              <w:jc w:val="center"/>
              <w:rPr>
                <w:color w:val="000000"/>
                <w:lang w:val="cs-CZ"/>
              </w:rPr>
            </w:pPr>
          </w:p>
        </w:tc>
      </w:tr>
      <w:tr w:rsidR="00953FFA" w:rsidRPr="00F21278" w14:paraId="2F26EC49" w14:textId="77777777" w:rsidTr="00D46D9D">
        <w:trPr>
          <w:trHeight w:val="510"/>
        </w:trPr>
        <w:tc>
          <w:tcPr>
            <w:tcW w:w="1984" w:type="dxa"/>
            <w:tcBorders>
              <w:top w:val="single" w:sz="4" w:space="0" w:color="auto"/>
              <w:bottom w:val="double" w:sz="4" w:space="0" w:color="auto"/>
            </w:tcBorders>
            <w:vAlign w:val="center"/>
          </w:tcPr>
          <w:p w14:paraId="7E73A772" w14:textId="6B4C3332" w:rsidR="00953FFA" w:rsidRPr="00F21278" w:rsidRDefault="00953FFA" w:rsidP="00D46D9D">
            <w:pPr>
              <w:spacing w:after="0"/>
              <w:rPr>
                <w:color w:val="000000"/>
                <w:lang w:val="cs-CZ"/>
              </w:rPr>
            </w:pPr>
            <w:r w:rsidRPr="00F21278">
              <w:rPr>
                <w:color w:val="000000"/>
                <w:lang w:val="cs-CZ"/>
              </w:rPr>
              <w:t>e-mail:</w:t>
            </w:r>
          </w:p>
        </w:tc>
        <w:tc>
          <w:tcPr>
            <w:tcW w:w="7513" w:type="dxa"/>
            <w:tcBorders>
              <w:top w:val="single" w:sz="4" w:space="0" w:color="auto"/>
              <w:bottom w:val="double" w:sz="4" w:space="0" w:color="auto"/>
            </w:tcBorders>
            <w:vAlign w:val="center"/>
          </w:tcPr>
          <w:p w14:paraId="35EBB90D" w14:textId="77777777" w:rsidR="00953FFA" w:rsidRPr="00F21278" w:rsidRDefault="00953FFA" w:rsidP="00D46D9D">
            <w:pPr>
              <w:spacing w:after="0"/>
              <w:jc w:val="center"/>
              <w:rPr>
                <w:color w:val="000000"/>
                <w:lang w:val="cs-CZ"/>
              </w:rPr>
            </w:pPr>
          </w:p>
        </w:tc>
      </w:tr>
    </w:tbl>
    <w:p w14:paraId="55E4F831" w14:textId="77777777" w:rsidR="00953FFA" w:rsidRPr="00F21278" w:rsidRDefault="00953FFA" w:rsidP="00953FFA">
      <w:pPr>
        <w:rPr>
          <w:lang w:val="cs-CZ"/>
        </w:rPr>
      </w:pPr>
    </w:p>
    <w:p w14:paraId="52E011D6" w14:textId="77777777" w:rsidR="00BC59F5" w:rsidRPr="00F21278" w:rsidRDefault="00000000">
      <w:pPr>
        <w:pStyle w:val="Nadpis1"/>
        <w:rPr>
          <w:lang w:val="cs-CZ"/>
        </w:rPr>
      </w:pPr>
      <w:r w:rsidRPr="00F21278">
        <w:rPr>
          <w:lang w:val="cs-CZ"/>
        </w:rPr>
        <w:t>2. SPRÁVCE OSOBNÍCH ÚDAJŮ</w:t>
      </w:r>
    </w:p>
    <w:p w14:paraId="79191E46" w14:textId="68A956E3" w:rsidR="00BC59F5" w:rsidRPr="00F21278" w:rsidRDefault="00000000">
      <w:pPr>
        <w:rPr>
          <w:lang w:val="cs-CZ"/>
        </w:rPr>
      </w:pPr>
      <w:r w:rsidRPr="00F21278">
        <w:rPr>
          <w:lang w:val="cs-CZ"/>
        </w:rPr>
        <w:t>Správcem osobních údajů je TJ Stará Huť</w:t>
      </w:r>
      <w:r w:rsidR="00F21278" w:rsidRPr="00F21278">
        <w:rPr>
          <w:lang w:val="cs-CZ"/>
        </w:rPr>
        <w:t xml:space="preserve">, </w:t>
      </w:r>
      <w:proofErr w:type="spellStart"/>
      <w:r w:rsidR="00F21278" w:rsidRPr="00F21278">
        <w:rPr>
          <w:lang w:val="cs-CZ"/>
        </w:rPr>
        <w:t>z.s</w:t>
      </w:r>
      <w:proofErr w:type="spellEnd"/>
      <w:r w:rsidR="00F21278" w:rsidRPr="00F21278">
        <w:rPr>
          <w:lang w:val="cs-CZ"/>
        </w:rPr>
        <w:t>.</w:t>
      </w:r>
      <w:r w:rsidRPr="00F21278">
        <w:rPr>
          <w:lang w:val="cs-CZ"/>
        </w:rPr>
        <w:t xml:space="preserve"> (dále jen „Správce“). Správce zpracovává osobní údaje v souvislosti s členstvím </w:t>
      </w:r>
      <w:r w:rsidR="00953FFA" w:rsidRPr="00F21278">
        <w:rPr>
          <w:lang w:val="cs-CZ"/>
        </w:rPr>
        <w:t>v tělovýchovné jednotě (d</w:t>
      </w:r>
      <w:r w:rsidR="00F21278">
        <w:rPr>
          <w:lang w:val="cs-CZ"/>
        </w:rPr>
        <w:t>á</w:t>
      </w:r>
      <w:r w:rsidR="00953FFA" w:rsidRPr="00F21278">
        <w:rPr>
          <w:lang w:val="cs-CZ"/>
        </w:rPr>
        <w:t>le</w:t>
      </w:r>
      <w:r w:rsidR="00F21278" w:rsidRPr="00F21278">
        <w:rPr>
          <w:lang w:val="cs-CZ"/>
        </w:rPr>
        <w:t xml:space="preserve"> jen</w:t>
      </w:r>
      <w:r w:rsidR="00953FFA" w:rsidRPr="00F21278">
        <w:rPr>
          <w:lang w:val="cs-CZ"/>
        </w:rPr>
        <w:t xml:space="preserve"> TJ)</w:t>
      </w:r>
    </w:p>
    <w:p w14:paraId="53AB53F9" w14:textId="77777777" w:rsidR="00BC59F5" w:rsidRPr="00F21278" w:rsidRDefault="00000000">
      <w:pPr>
        <w:pStyle w:val="Nadpis1"/>
        <w:rPr>
          <w:lang w:val="cs-CZ"/>
        </w:rPr>
      </w:pPr>
      <w:r w:rsidRPr="00F21278">
        <w:rPr>
          <w:lang w:val="cs-CZ"/>
        </w:rPr>
        <w:t>3. INFORMACE O ZPRACOVÁNÍ OSOBNÍCH ÚDAJŮ</w:t>
      </w:r>
    </w:p>
    <w:p w14:paraId="6EC14AB3" w14:textId="55022B16" w:rsidR="00BC59F5" w:rsidRPr="00F21278" w:rsidRDefault="00000000">
      <w:pPr>
        <w:rPr>
          <w:lang w:val="cs-CZ"/>
        </w:rPr>
      </w:pPr>
      <w:r w:rsidRPr="00F21278">
        <w:rPr>
          <w:lang w:val="cs-CZ"/>
        </w:rPr>
        <w:t>Jsem informován/a, že v souvislosti s mým členstvím v TJ Stará Huť</w:t>
      </w:r>
      <w:r w:rsidR="00953FFA" w:rsidRPr="00F21278">
        <w:rPr>
          <w:lang w:val="cs-CZ"/>
        </w:rPr>
        <w:t xml:space="preserve">, </w:t>
      </w:r>
      <w:proofErr w:type="spellStart"/>
      <w:r w:rsidR="00953FFA" w:rsidRPr="00F21278">
        <w:rPr>
          <w:lang w:val="cs-CZ"/>
        </w:rPr>
        <w:t>z.s</w:t>
      </w:r>
      <w:proofErr w:type="spellEnd"/>
      <w:r w:rsidR="00953FFA" w:rsidRPr="00F21278">
        <w:rPr>
          <w:lang w:val="cs-CZ"/>
        </w:rPr>
        <w:t xml:space="preserve">. </w:t>
      </w:r>
      <w:r w:rsidRPr="00F21278">
        <w:rPr>
          <w:lang w:val="cs-CZ"/>
        </w:rPr>
        <w:t xml:space="preserve">Správce zpracovává osobní údaje v rozsahu a pro účely stanovené právními předpisy a pravidly nezbytnými pro řádné fungování </w:t>
      </w:r>
      <w:r w:rsidR="00953FFA" w:rsidRPr="00F21278">
        <w:rPr>
          <w:lang w:val="cs-CZ"/>
        </w:rPr>
        <w:t>TJ.</w:t>
      </w:r>
    </w:p>
    <w:p w14:paraId="085BADAA" w14:textId="77777777" w:rsidR="00BC59F5" w:rsidRPr="00F21278" w:rsidRDefault="00000000">
      <w:pPr>
        <w:rPr>
          <w:lang w:val="cs-CZ"/>
        </w:rPr>
      </w:pPr>
      <w:r w:rsidRPr="00F21278">
        <w:rPr>
          <w:lang w:val="cs-CZ"/>
        </w:rPr>
        <w:t>Podle § 3a odst. 3 zákona č. 115/2001 Sb., o podpoře sportu, Správce zpracovává zejména jméno a příjmení, rodné číslo, adresu místa pobytu a u cizince také adresu místa, kde se převážně zdržuje, a státní občanství.</w:t>
      </w:r>
    </w:p>
    <w:p w14:paraId="40221751" w14:textId="77777777" w:rsidR="00BC59F5" w:rsidRPr="00F21278" w:rsidRDefault="00000000">
      <w:pPr>
        <w:rPr>
          <w:lang w:val="cs-CZ"/>
        </w:rPr>
      </w:pPr>
      <w:r w:rsidRPr="00F21278">
        <w:rPr>
          <w:lang w:val="cs-CZ"/>
        </w:rPr>
        <w:t>Účelem zpracování je zejména vedení evidence členské základny a činnosti s tím související, např. identifikace při soutěžích, žádosti o dotace a vyřizování pojištění.</w:t>
      </w:r>
    </w:p>
    <w:p w14:paraId="76E55FFB" w14:textId="77777777" w:rsidR="00BC59F5" w:rsidRPr="00F21278" w:rsidRDefault="00000000">
      <w:pPr>
        <w:rPr>
          <w:lang w:val="cs-CZ"/>
        </w:rPr>
      </w:pPr>
      <w:r w:rsidRPr="00F21278">
        <w:rPr>
          <w:lang w:val="cs-CZ"/>
        </w:rPr>
        <w:t>Údaje uvedené v předchozím odstavci jsou uchovávány po dobu stanovenou právními předpisy; v rozsahu podle § 3a odst. 6 zákona č. 115/2001 Sb. po dobu 10 let ode dne, kdy člen přestane vykonávat činnost, pro kterou je Správcem evidován.</w:t>
      </w:r>
    </w:p>
    <w:p w14:paraId="58A00D0E" w14:textId="77777777" w:rsidR="00BC59F5" w:rsidRPr="00F21278" w:rsidRDefault="00000000">
      <w:pPr>
        <w:rPr>
          <w:lang w:val="cs-CZ"/>
        </w:rPr>
      </w:pPr>
      <w:r w:rsidRPr="00F21278">
        <w:rPr>
          <w:lang w:val="cs-CZ"/>
        </w:rPr>
        <w:t>Kontaktní údaje, zejména telefonní číslo a e-mail, mohou být zpracovávány pro potřeby běžné komunikace se členem a organizace činnosti klubu, pokud je jejich zpracování odůvodněno příslušným právním titulem.</w:t>
      </w:r>
    </w:p>
    <w:p w14:paraId="0F21A915" w14:textId="77777777" w:rsidR="00BC59F5" w:rsidRPr="00F21278" w:rsidRDefault="00000000">
      <w:pPr>
        <w:pStyle w:val="Nadpis1"/>
        <w:rPr>
          <w:lang w:val="cs-CZ"/>
        </w:rPr>
      </w:pPr>
      <w:r w:rsidRPr="00F21278">
        <w:rPr>
          <w:lang w:val="cs-CZ"/>
        </w:rPr>
        <w:t>4. PŘÍJEMCI / PŘEDÁVÁNÍ OSOBNÍCH ÚDAJŮ</w:t>
      </w:r>
    </w:p>
    <w:p w14:paraId="196039B0" w14:textId="77777777" w:rsidR="00BC59F5" w:rsidRPr="00F21278" w:rsidRDefault="00000000">
      <w:pPr>
        <w:rPr>
          <w:lang w:val="cs-CZ"/>
        </w:rPr>
      </w:pPr>
      <w:r w:rsidRPr="00F21278">
        <w:rPr>
          <w:lang w:val="cs-CZ"/>
        </w:rPr>
        <w:t>Osobní údaje mohou být v nezbytném rozsahu poskytovány zejména příslušnému sportovnímu svazu, příslušnému okresnímu sdružení České unie sportu (ČUS), České unii sportu, z. s., a příslušným orgánům státní správy a samosprávy, a to zejména za účelem vedení evidence členské základny, účasti a identifikace na soutěžích a podávání žádostí o dotace.</w:t>
      </w:r>
    </w:p>
    <w:p w14:paraId="1B91CB1D" w14:textId="77777777" w:rsidR="00BC59F5" w:rsidRPr="00F21278" w:rsidRDefault="00000000">
      <w:pPr>
        <w:rPr>
          <w:lang w:val="cs-CZ"/>
        </w:rPr>
      </w:pPr>
      <w:r w:rsidRPr="00F21278">
        <w:rPr>
          <w:lang w:val="cs-CZ"/>
        </w:rPr>
        <w:lastRenderedPageBreak/>
        <w:t>Konkrétní postavení jednotlivých příjemců (správce nebo zpracovatel) se řídí jejich skutečnou rolí a právním základem předání.</w:t>
      </w:r>
    </w:p>
    <w:p w14:paraId="4329D786" w14:textId="77777777" w:rsidR="00BC59F5" w:rsidRPr="00F21278" w:rsidRDefault="00000000">
      <w:pPr>
        <w:pStyle w:val="Nadpis1"/>
        <w:rPr>
          <w:lang w:val="cs-CZ"/>
        </w:rPr>
      </w:pPr>
      <w:r w:rsidRPr="00F21278">
        <w:rPr>
          <w:lang w:val="cs-CZ"/>
        </w:rPr>
        <w:t>5. PRÁVA ČLENA</w:t>
      </w:r>
    </w:p>
    <w:p w14:paraId="373E0E2A" w14:textId="1457D0DF" w:rsidR="00BC59F5" w:rsidRPr="00F21278" w:rsidRDefault="00000000">
      <w:pPr>
        <w:rPr>
          <w:lang w:val="cs-CZ"/>
        </w:rPr>
      </w:pPr>
      <w:r w:rsidRPr="00F21278">
        <w:rPr>
          <w:lang w:val="cs-CZ"/>
        </w:rPr>
        <w:t xml:space="preserve">V souvislosti se zpracováním osobních údajů má zejména právo na přístup k osobním údajům, na opravu nepřesných údajů, na výmaz, pokud jsou splněny zákonné podmínky, na omezení zpracování, na přenositelnost údajů v případech stanovených </w:t>
      </w:r>
      <w:proofErr w:type="gramStart"/>
      <w:r w:rsidRPr="00F21278">
        <w:rPr>
          <w:lang w:val="cs-CZ"/>
        </w:rPr>
        <w:t>GDPR</w:t>
      </w:r>
      <w:proofErr w:type="gramEnd"/>
      <w:r w:rsidR="00D91454">
        <w:rPr>
          <w:lang w:val="cs-CZ"/>
        </w:rPr>
        <w:t xml:space="preserve"> a to písemnou nebo e-mailovou formou.</w:t>
      </w:r>
    </w:p>
    <w:p w14:paraId="62B23CF8" w14:textId="77777777" w:rsidR="00BC59F5" w:rsidRPr="00F21278" w:rsidRDefault="00000000">
      <w:pPr>
        <w:pStyle w:val="Nadpis1"/>
        <w:rPr>
          <w:lang w:val="cs-CZ"/>
        </w:rPr>
      </w:pPr>
      <w:r w:rsidRPr="00F21278">
        <w:rPr>
          <w:lang w:val="cs-CZ"/>
        </w:rPr>
        <w:t>6. ODMÍTNUTÍ POSKYTNUTÍ POVINNÝCH ÚDAJŮ</w:t>
      </w:r>
    </w:p>
    <w:p w14:paraId="6AD9DC85" w14:textId="77777777" w:rsidR="00BC59F5" w:rsidRPr="00F21278" w:rsidRDefault="00000000">
      <w:pPr>
        <w:rPr>
          <w:lang w:val="cs-CZ"/>
        </w:rPr>
      </w:pPr>
      <w:r w:rsidRPr="00F21278">
        <w:rPr>
          <w:lang w:val="cs-CZ"/>
        </w:rPr>
        <w:t>Beru na vědomí, že pokud právní předpisy vyžadují poskytnutí určitých osobních údajů pro vedení evidence členské základny nebo plnění souvisejících povinností, jejich neposkytnutí může mít za následek, že nebude možné členství nebo příslušnou činnost řádně evidovat.</w:t>
      </w:r>
    </w:p>
    <w:p w14:paraId="42EDBFC5" w14:textId="071F021B" w:rsidR="00BC59F5" w:rsidRPr="00F21278" w:rsidRDefault="00000000">
      <w:pPr>
        <w:pStyle w:val="Nadpis1"/>
        <w:rPr>
          <w:lang w:val="cs-CZ"/>
        </w:rPr>
      </w:pPr>
      <w:r w:rsidRPr="00F21278">
        <w:rPr>
          <w:lang w:val="cs-CZ"/>
        </w:rPr>
        <w:t xml:space="preserve">7. SOUHLAS </w:t>
      </w:r>
      <w:r w:rsidR="00C2070F">
        <w:rPr>
          <w:lang w:val="cs-CZ"/>
        </w:rPr>
        <w:t>SE ZPRACOVÁNÍM OSOBNÍCH ÚDAJŮ</w:t>
      </w:r>
    </w:p>
    <w:p w14:paraId="35E2C04F" w14:textId="77777777" w:rsidR="00BC59F5" w:rsidRPr="00F21278" w:rsidRDefault="00000000">
      <w:pPr>
        <w:rPr>
          <w:lang w:val="cs-CZ"/>
        </w:rPr>
      </w:pPr>
      <w:r w:rsidRPr="00F21278">
        <w:rPr>
          <w:lang w:val="cs-CZ"/>
        </w:rPr>
        <w:t>Tato část je dobrovolná. Neposkytnutí souhlasu nemá vliv na vznik ani trvání členství.</w:t>
      </w:r>
    </w:p>
    <w:p w14:paraId="56F86513" w14:textId="528CD383" w:rsidR="00BC59F5" w:rsidRDefault="00000000">
      <w:pPr>
        <w:rPr>
          <w:lang w:val="cs-CZ"/>
        </w:rPr>
      </w:pPr>
      <w:r w:rsidRPr="00F21278">
        <w:rPr>
          <w:lang w:val="cs-CZ"/>
        </w:rPr>
        <w:t xml:space="preserve">Souhlasím, aby </w:t>
      </w:r>
      <w:r w:rsidR="00C2070F">
        <w:rPr>
          <w:lang w:val="cs-CZ"/>
        </w:rPr>
        <w:t>na základě čl. 6 odst. 1, písm. a) Nařízení zpracoval Správce mé fotografie, videa, zvukové záznamy, sportovní výsledky za účelem</w:t>
      </w:r>
      <w:r w:rsidRPr="00F21278">
        <w:rPr>
          <w:lang w:val="cs-CZ"/>
        </w:rPr>
        <w:t xml:space="preserve"> prezentace a propagace sportovní činnosti klubu, zejména na webových stránkách klubu, v tištěných propagačních materiálech, ve výročních či informačních materiálech a na sociálních sítích klubu.</w:t>
      </w:r>
      <w:r w:rsidR="00D25A02">
        <w:rPr>
          <w:lang w:val="cs-CZ"/>
        </w:rPr>
        <w:t xml:space="preserve"> </w:t>
      </w:r>
    </w:p>
    <w:p w14:paraId="7EF49713" w14:textId="700E92BF" w:rsidR="00D25A02" w:rsidRPr="00F21278" w:rsidRDefault="00D25A02">
      <w:pPr>
        <w:rPr>
          <w:lang w:val="cs-CZ"/>
        </w:rPr>
      </w:pPr>
      <w:r>
        <w:rPr>
          <w:lang w:val="cs-CZ"/>
        </w:rPr>
        <w:t>Dále souhlasím, aby správce zpracoval mé jméno a příjmení, telefonní číslo, e-mail, rodné číslo a adresu za účelem vedení evidence.</w:t>
      </w:r>
    </w:p>
    <w:p w14:paraId="124A6398" w14:textId="77777777" w:rsidR="00BC59F5" w:rsidRPr="00F21278" w:rsidRDefault="00000000">
      <w:pPr>
        <w:rPr>
          <w:lang w:val="cs-CZ"/>
        </w:rPr>
      </w:pPr>
      <w:proofErr w:type="gramStart"/>
      <w:r w:rsidRPr="00F21278">
        <w:rPr>
          <w:lang w:val="cs-CZ"/>
        </w:rPr>
        <w:t>☐  SOUHLASÍM</w:t>
      </w:r>
      <w:proofErr w:type="gramEnd"/>
    </w:p>
    <w:p w14:paraId="4ADB81F4" w14:textId="77777777" w:rsidR="00BC59F5" w:rsidRPr="00F21278" w:rsidRDefault="00000000">
      <w:pPr>
        <w:rPr>
          <w:lang w:val="cs-CZ"/>
        </w:rPr>
      </w:pPr>
      <w:proofErr w:type="gramStart"/>
      <w:r w:rsidRPr="00F21278">
        <w:rPr>
          <w:lang w:val="cs-CZ"/>
        </w:rPr>
        <w:t>☐  NESOUHLASÍM</w:t>
      </w:r>
      <w:proofErr w:type="gramEnd"/>
    </w:p>
    <w:p w14:paraId="62154F45" w14:textId="77777777" w:rsidR="00BC59F5" w:rsidRPr="00F21278" w:rsidRDefault="00000000">
      <w:pPr>
        <w:rPr>
          <w:lang w:val="cs-CZ"/>
        </w:rPr>
      </w:pPr>
      <w:r w:rsidRPr="00F21278">
        <w:rPr>
          <w:lang w:val="cs-CZ"/>
        </w:rPr>
        <w:t>Souhlas je dobrovolný, konkrétní a informovaný a lze jej kdykoli odvolat. Odvoláním souhlasu není dotčena zákonnost zpracování založeného na souhlasu před jeho odvoláním.</w:t>
      </w:r>
    </w:p>
    <w:p w14:paraId="668EFDE7" w14:textId="77777777" w:rsidR="00BC59F5" w:rsidRPr="00F21278" w:rsidRDefault="00000000">
      <w:pPr>
        <w:pStyle w:val="Nadpis1"/>
        <w:rPr>
          <w:lang w:val="cs-CZ"/>
        </w:rPr>
      </w:pPr>
      <w:r w:rsidRPr="00F21278">
        <w:rPr>
          <w:lang w:val="cs-CZ"/>
        </w:rPr>
        <w:t>8. PROHLÁŠENÍ A PODPIS</w:t>
      </w:r>
    </w:p>
    <w:p w14:paraId="16AF8014" w14:textId="77777777" w:rsidR="00BC59F5" w:rsidRPr="00F21278" w:rsidRDefault="00000000">
      <w:pPr>
        <w:rPr>
          <w:lang w:val="cs-CZ"/>
        </w:rPr>
      </w:pPr>
      <w:r w:rsidRPr="00F21278">
        <w:rPr>
          <w:lang w:val="cs-CZ"/>
        </w:rPr>
        <w:t>Prohlašuji, že jsem se seznámil/a s výše uvedenými informacemi o zpracování osobních údajů, rozumím jim a beru je na vědomí. Samostatný souhlas podle čl. 7 tohoto dokumentu uděluji dobrovolně a podle své skutečné volby.</w:t>
      </w:r>
    </w:p>
    <w:p w14:paraId="35BFDB12" w14:textId="77777777" w:rsidR="00953FFA" w:rsidRPr="00F21278" w:rsidRDefault="00953FFA">
      <w:pPr>
        <w:rPr>
          <w:lang w:val="cs-CZ"/>
        </w:rPr>
      </w:pPr>
    </w:p>
    <w:p w14:paraId="17B3509F" w14:textId="778603DD" w:rsidR="00953FFA" w:rsidRPr="00F21278" w:rsidRDefault="00953FFA">
      <w:pPr>
        <w:rPr>
          <w:lang w:val="cs-CZ"/>
        </w:rPr>
      </w:pPr>
      <w:r w:rsidRPr="00F21278">
        <w:rPr>
          <w:lang w:val="cs-CZ"/>
        </w:rPr>
        <w:t>Ve Staré Huti</w:t>
      </w:r>
      <w:r w:rsidRPr="00F21278">
        <w:rPr>
          <w:lang w:val="cs-CZ"/>
        </w:rPr>
        <w:tab/>
        <w:t>dne _______________</w:t>
      </w:r>
    </w:p>
    <w:p w14:paraId="57092212" w14:textId="77777777" w:rsidR="00953FFA" w:rsidRPr="00F21278" w:rsidRDefault="00953FFA">
      <w:pPr>
        <w:rPr>
          <w:lang w:val="cs-CZ"/>
        </w:rPr>
      </w:pPr>
    </w:p>
    <w:p w14:paraId="72B3036A" w14:textId="1FB81C41" w:rsidR="00953FFA" w:rsidRPr="00F21278" w:rsidRDefault="00953FFA" w:rsidP="00953FFA">
      <w:pPr>
        <w:spacing w:after="0"/>
        <w:rPr>
          <w:lang w:val="cs-CZ"/>
        </w:rPr>
      </w:pPr>
      <w:r w:rsidRPr="00F21278">
        <w:rPr>
          <w:lang w:val="cs-CZ"/>
        </w:rPr>
        <w:t>_______________________</w:t>
      </w:r>
      <w:r w:rsidRPr="00F21278">
        <w:rPr>
          <w:lang w:val="cs-CZ"/>
        </w:rPr>
        <w:tab/>
      </w:r>
      <w:r w:rsidRPr="00F21278">
        <w:rPr>
          <w:lang w:val="cs-CZ"/>
        </w:rPr>
        <w:tab/>
      </w:r>
      <w:r w:rsidRPr="00F21278">
        <w:rPr>
          <w:lang w:val="cs-CZ"/>
        </w:rPr>
        <w:tab/>
      </w:r>
      <w:r w:rsidRPr="00F21278">
        <w:rPr>
          <w:lang w:val="cs-CZ"/>
        </w:rPr>
        <w:tab/>
        <w:t>_______________________________________</w:t>
      </w:r>
    </w:p>
    <w:p w14:paraId="34EAF994" w14:textId="0E8527E0" w:rsidR="00953FFA" w:rsidRPr="00F21278" w:rsidRDefault="00953FFA" w:rsidP="00953FFA">
      <w:pPr>
        <w:spacing w:after="0"/>
        <w:rPr>
          <w:sz w:val="18"/>
          <w:szCs w:val="18"/>
          <w:lang w:val="cs-CZ"/>
        </w:rPr>
      </w:pPr>
      <w:r w:rsidRPr="00F21278">
        <w:rPr>
          <w:lang w:val="cs-CZ"/>
        </w:rPr>
        <w:t>Jméno a příjmení</w:t>
      </w:r>
      <w:r w:rsidRPr="00F21278">
        <w:rPr>
          <w:lang w:val="cs-CZ"/>
        </w:rPr>
        <w:tab/>
      </w:r>
      <w:r w:rsidRPr="00F21278">
        <w:rPr>
          <w:lang w:val="cs-CZ"/>
        </w:rPr>
        <w:tab/>
      </w:r>
      <w:r w:rsidRPr="00F21278">
        <w:rPr>
          <w:lang w:val="cs-CZ"/>
        </w:rPr>
        <w:tab/>
      </w:r>
      <w:r w:rsidRPr="00F21278">
        <w:rPr>
          <w:lang w:val="cs-CZ"/>
        </w:rPr>
        <w:tab/>
      </w:r>
      <w:r w:rsidRPr="00F21278">
        <w:rPr>
          <w:lang w:val="cs-CZ"/>
        </w:rPr>
        <w:tab/>
        <w:t xml:space="preserve">Podpis člena </w:t>
      </w:r>
      <w:r w:rsidRPr="00F21278">
        <w:rPr>
          <w:sz w:val="18"/>
          <w:szCs w:val="18"/>
          <w:lang w:val="cs-CZ"/>
        </w:rPr>
        <w:t>(u nezletilého podpis zákonného zástupce)</w:t>
      </w:r>
    </w:p>
    <w:sectPr w:rsidR="00953FFA" w:rsidRPr="00F21278"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12921825"/>
    <w:multiLevelType w:val="hybridMultilevel"/>
    <w:tmpl w:val="0E02A72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27028532">
    <w:abstractNumId w:val="8"/>
  </w:num>
  <w:num w:numId="2" w16cid:durableId="1659654224">
    <w:abstractNumId w:val="6"/>
  </w:num>
  <w:num w:numId="3" w16cid:durableId="1369837966">
    <w:abstractNumId w:val="5"/>
  </w:num>
  <w:num w:numId="4" w16cid:durableId="1027371683">
    <w:abstractNumId w:val="4"/>
  </w:num>
  <w:num w:numId="5" w16cid:durableId="192305841">
    <w:abstractNumId w:val="7"/>
  </w:num>
  <w:num w:numId="6" w16cid:durableId="2092583594">
    <w:abstractNumId w:val="3"/>
  </w:num>
  <w:num w:numId="7" w16cid:durableId="473181450">
    <w:abstractNumId w:val="2"/>
  </w:num>
  <w:num w:numId="8" w16cid:durableId="1939293203">
    <w:abstractNumId w:val="1"/>
  </w:num>
  <w:num w:numId="9" w16cid:durableId="520821919">
    <w:abstractNumId w:val="0"/>
  </w:num>
  <w:num w:numId="10" w16cid:durableId="1921021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46C"/>
    <w:rsid w:val="0015074B"/>
    <w:rsid w:val="0029639D"/>
    <w:rsid w:val="00326F90"/>
    <w:rsid w:val="003824E8"/>
    <w:rsid w:val="0085455A"/>
    <w:rsid w:val="008C577D"/>
    <w:rsid w:val="00953FFA"/>
    <w:rsid w:val="00AA1D8D"/>
    <w:rsid w:val="00B47730"/>
    <w:rsid w:val="00BC59F5"/>
    <w:rsid w:val="00C2070F"/>
    <w:rsid w:val="00CB0664"/>
    <w:rsid w:val="00D25A02"/>
    <w:rsid w:val="00D46D9D"/>
    <w:rsid w:val="00D77373"/>
    <w:rsid w:val="00D91454"/>
    <w:rsid w:val="00F21278"/>
    <w:rsid w:val="00F403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7601D2"/>
  <w14:defaultImageDpi w14:val="300"/>
  <w15:docId w15:val="{05FA0CF3-DAE8-435D-877E-6083A609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rPr>
      <w:rFonts w:ascii="Arial" w:hAnsi="Arial"/>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Pages>
  <Words>575</Words>
  <Characters>3395</Characters>
  <Application>Microsoft Office Word</Application>
  <DocSecurity>0</DocSecurity>
  <Lines>28</Lines>
  <Paragraphs>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Jana Pešková</cp:lastModifiedBy>
  <cp:revision>5</cp:revision>
  <cp:lastPrinted>2026-09-08T10:11:00Z</cp:lastPrinted>
  <dcterms:created xsi:type="dcterms:W3CDTF">2026-09-07T06:24:00Z</dcterms:created>
  <dcterms:modified xsi:type="dcterms:W3CDTF">2026-09-08T10:11:00Z</dcterms:modified>
  <cp:category/>
</cp:coreProperties>
</file>